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8B3A2E"/>
          <w:sz w:val="18"/>
        </w:rPr>
        <w:t>MIC GHID DE EDUCAȚIE CIVICĂ · copaceni-vl.ro</w:t>
      </w:r>
    </w:p>
    <w:p>
      <w:pPr>
        <w:spacing w:after="280" w:before="0"/>
        <w:jc w:val="center"/>
      </w:pPr>
      <w:r>
        <w:rPr>
          <w:b w:val="0"/>
          <w:i/>
          <w:color w:val="6B5B4A"/>
          <w:sz w:val="18"/>
        </w:rPr>
        <w:t>Model de cerere — completează câmpurile dintre paranteze</w:t>
      </w:r>
    </w:p>
    <w:p>
      <w:pPr>
        <w:spacing w:after="40" w:before="0"/>
        <w:jc w:val="center"/>
      </w:pPr>
      <w:r>
        <w:rPr>
          <w:b/>
          <w:i w:val="0"/>
          <w:color w:val="2B1810"/>
          <w:sz w:val="30"/>
        </w:rPr>
        <w:t>CERERE DE INFORMAȚII DE INTERES PUBLIC</w:t>
      </w:r>
    </w:p>
    <w:p>
      <w:pPr>
        <w:spacing w:after="360" w:before="0"/>
        <w:jc w:val="center"/>
      </w:pPr>
      <w:r>
        <w:rPr>
          <w:b w:val="0"/>
          <w:i/>
          <w:color w:val="6B5B4A"/>
          <w:sz w:val="20"/>
        </w:rPr>
        <w:t>(în temeiul Legii nr. 544/2001 privind liberul acces la informațiile de interes public)</w:t>
      </w:r>
    </w:p>
    <w:p>
      <w:pPr>
        <w:spacing w:after="40" w:before="0"/>
      </w:pPr>
      <w:r>
        <w:rPr>
          <w:b/>
          <w:i w:val="0"/>
        </w:rPr>
        <w:t>Către: Primăria Comunei Copăceni, județul Vâlcea</w:t>
      </w:r>
    </w:p>
    <w:p>
      <w:pPr>
        <w:spacing w:after="280" w:before="0"/>
      </w:pPr>
      <w:r>
        <w:rPr>
          <w:b w:val="0"/>
          <w:i/>
        </w:rPr>
        <w:t>În atenția responsabilului cu aplicarea Legii nr. 544/2001</w:t>
      </w:r>
    </w:p>
    <w:p>
      <w:pPr>
        <w:spacing w:after="200"/>
      </w:pPr>
      <w:r>
        <w:t xml:space="preserve">Subsemnatul/a </w:t>
      </w:r>
      <w:r>
        <w:rPr>
          <w:b/>
        </w:rPr>
        <w:t>[nume și prenume]</w:t>
      </w:r>
      <w:r>
        <w:t xml:space="preserve">, domiciliat/ă în </w:t>
      </w:r>
      <w:r>
        <w:rPr>
          <w:b/>
        </w:rPr>
        <w:t>[adresa completă]</w:t>
      </w:r>
      <w:r>
        <w:t xml:space="preserve">, în temeiul </w:t>
      </w:r>
      <w:r>
        <w:rPr>
          <w:b/>
        </w:rPr>
        <w:t>art. 6 din Legea nr. 544/2001</w:t>
      </w:r>
      <w:r>
        <w:t>, vă solicit următoarele informații de interes public:</w:t>
      </w:r>
    </w:p>
    <w:p>
      <w:pPr>
        <w:pStyle w:val="ListNumber"/>
        <w:spacing w:after="120"/>
      </w:pPr>
      <w:r>
        <w:t>Sumele totale plătite de U.A.T. Comuna Copăceni pentru servicii de asistență și reprezentare juridică (avocat, cabinet de avocatură sau societate de avocați), defalcat pe fiecare an, în perioada [anul] – [anul] (ultimii 5 ani).</w:t>
      </w:r>
    </w:p>
    <w:p>
      <w:pPr>
        <w:pStyle w:val="ListNumber"/>
        <w:spacing w:after="120"/>
      </w:pPr>
      <w:r>
        <w:t>Lista contractelor de asistență/reprezentare juridică încheiate în această perioadă, cu precizarea: obiectul contractului, valoarea, durata și denumirea prestatorului.</w:t>
      </w:r>
    </w:p>
    <w:p>
      <w:pPr>
        <w:pStyle w:val="ListNumber"/>
        <w:spacing w:after="120"/>
      </w:pPr>
      <w:r>
        <w:t>Articolul bugetar (clasificația economică) pe care au fost înregistrate aceste cheltuieli.</w:t>
      </w:r>
    </w:p>
    <w:p>
      <w:pPr>
        <w:spacing w:after="200" w:before="80"/>
      </w:pPr>
      <w:r>
        <w:rPr>
          <w:b w:val="0"/>
          <w:i w:val="0"/>
        </w:rPr>
        <w:t>Dacă într-unul dintre ani nu au existat astfel de cheltuieli, vă rog să precizați expres acest lucru.</w:t>
      </w:r>
    </w:p>
    <w:p>
      <w:pPr>
        <w:spacing w:after="200"/>
      </w:pPr>
      <w:r>
        <w:t xml:space="preserve">Solicit răspunsul în format electronic, la adresa de e-mail </w:t>
      </w:r>
      <w:r>
        <w:rPr>
          <w:b/>
        </w:rPr>
        <w:t>[email]</w:t>
      </w:r>
      <w:r>
        <w:t xml:space="preserve"> [sau pe suport hârtie, la adresa de mai sus]. Vă rog să respectați termenul legal de 10 zile, respectiv de cel mult 30 de zile cu înștiințare prealabilă, conform art. 7 din lege.</w:t>
      </w:r>
    </w:p>
    <w:p>
      <w:pPr>
        <w:spacing w:after="440" w:before="0"/>
      </w:pPr>
      <w:r>
        <w:rPr>
          <w:b w:val="0"/>
          <w:i w:val="0"/>
        </w:rPr>
        <w:t>Vă mulțumesc.</w:t>
      </w:r>
    </w:p>
    <w:p>
      <w:pPr>
        <w:spacing w:after="40"/>
      </w:pPr>
      <w:r>
        <w:rPr>
          <w:b/>
        </w:rPr>
        <w:t xml:space="preserve">Data: </w:t>
      </w:r>
      <w:r>
        <w:t>[zz.ll.aaaa]</w:t>
      </w:r>
    </w:p>
    <w:p>
      <w:pPr>
        <w:spacing w:after="40"/>
      </w:pPr>
      <w:r>
        <w:rPr>
          <w:b/>
        </w:rPr>
        <w:t xml:space="preserve">Nume și prenume: </w:t>
      </w:r>
      <w:r>
        <w:t>______________________</w:t>
      </w:r>
    </w:p>
    <w:p>
      <w:r>
        <w:rPr>
          <w:b/>
        </w:rPr>
        <w:t xml:space="preserve">Semnătura: </w:t>
      </w:r>
      <w:r>
        <w:t>______________________</w:t>
      </w:r>
    </w:p>
    <w:p>
      <w:pPr>
        <w:spacing w:after="120" w:before="0"/>
      </w:pPr>
    </w:p>
    <w:p>
      <w:pPr>
        <w:spacing w:before="160"/>
      </w:pPr>
      <w:r>
        <w:rPr>
          <w:i/>
          <w:color w:val="6B5B4A"/>
          <w:sz w:val="17"/>
        </w:rPr>
        <w:t>Temei legal: Legea nr. 544/2001 (cu modificările ulterioare). Text integral: https://legislatie.just.ro/Public/DetaliiDocument/31413</w:t>
      </w:r>
    </w:p>
    <w:sectPr w:rsidR="00FC693F" w:rsidRPr="0006063C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