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right"/>
      </w:pPr>
      <w:r>
        <w:rPr>
          <w:b w:val="0"/>
          <w:i w:val="0"/>
          <w:sz w:val="19"/>
        </w:rPr>
        <w:t>Înregistrat la Primăria ______________________ sub nr. ________ / ______________</w:t>
      </w:r>
    </w:p>
    <w:p>
      <w:pPr>
        <w:spacing w:after="40" w:before="0"/>
        <w:jc w:val="left"/>
      </w:pPr>
      <w:r>
        <w:rPr>
          <w:b/>
          <w:i w:val="0"/>
          <w:sz w:val="20"/>
        </w:rPr>
        <w:t>Către: PRIMĂRIA ______________________________, JUDEȚUL ______________</w:t>
      </w:r>
    </w:p>
    <w:p>
      <w:pPr>
        <w:spacing w:after="40" w:before="0"/>
        <w:jc w:val="left"/>
      </w:pPr>
      <w:r>
        <w:rPr>
          <w:b w:val="0"/>
          <w:i w:val="0"/>
          <w:sz w:val="20"/>
        </w:rPr>
        <w:t>În atenția: Primarului și a persoanei responsabile cu aplicarea Legii nr. 544/2001</w:t>
      </w:r>
    </w:p>
    <w:p>
      <w:pPr>
        <w:spacing w:after="40" w:before="200"/>
        <w:jc w:val="center"/>
      </w:pPr>
      <w:r>
        <w:rPr>
          <w:b/>
          <w:i w:val="0"/>
          <w:sz w:val="26"/>
        </w:rPr>
        <w:t>CERERE DE ELIBERARE A CERTIFICATULUI DE URBANISM</w:t>
      </w:r>
    </w:p>
    <w:p>
      <w:pPr>
        <w:spacing w:after="160" w:before="0"/>
        <w:jc w:val="center"/>
      </w:pPr>
      <w:r>
        <w:rPr>
          <w:b w:val="0"/>
          <w:i/>
          <w:sz w:val="19"/>
        </w:rPr>
        <w:t>art. 253–257 din Legea nr. 169/2026 privind Codul amenajării teritoriului, urbanismului și construcțiilor</w:t>
      </w:r>
    </w:p>
    <w:p>
      <w:pPr>
        <w:spacing w:after="100" w:before="0"/>
        <w:jc w:val="both"/>
      </w:pPr>
      <w:r>
        <w:rPr>
          <w:b w:val="0"/>
          <w:i w:val="0"/>
        </w:rPr>
        <w:t>Subsemnatul/Subsemnata ______________________________, domiciliat(ă) în ______________________________, e-mail ______________________, telefon ______________, în calitate de ☐ proprietar ☐ titular al dreptului de ______________ asupra imobilului situat în ______________________________, număr cadastral ______________, carte funciară nr. ______________, suprafața ______ mp, solicit eliberarea certificatului de urbanism pentru:</w:t>
      </w:r>
    </w:p>
    <w:p>
      <w:pPr>
        <w:spacing w:after="100" w:before="0"/>
        <w:jc w:val="both"/>
      </w:pPr>
      <w:r>
        <w:rPr>
          <w:b w:val="0"/>
          <w:i w:val="0"/>
        </w:rPr>
        <w:t>☐ informare (art. 254)   ☐ construire / desființare pentru clădiri și amenajări (art. 257)   ☐ regularizare (art. 301)   ☐ operațiuni cadastrale (art. 256)</w:t>
      </w:r>
    </w:p>
    <w:p>
      <w:pPr>
        <w:spacing w:after="100" w:before="0"/>
        <w:jc w:val="both"/>
      </w:pPr>
      <w:r>
        <w:rPr>
          <w:b w:val="0"/>
          <w:i w:val="0"/>
        </w:rPr>
        <w:t>Scopul solicitării / lucrarea avută în vedere: ______________________________________________________________________________.</w:t>
      </w:r>
    </w:p>
    <w:p>
      <w:pPr>
        <w:spacing w:after="60" w:before="0"/>
        <w:jc w:val="both"/>
      </w:pPr>
      <w:r>
        <w:rPr>
          <w:b/>
          <w:i w:val="0"/>
        </w:rPr>
        <w:t>Anexez:</w:t>
      </w:r>
    </w:p>
    <w:p>
      <w:pPr>
        <w:spacing w:after="60" w:before="0"/>
        <w:jc w:val="both"/>
      </w:pPr>
      <w:r>
        <w:rPr>
          <w:b w:val="0"/>
          <w:i w:val="0"/>
        </w:rPr>
        <w:t>1. extras de carte funciară actualizat, nu mai vechi de 30 de zile;</w:t>
      </w:r>
    </w:p>
    <w:p>
      <w:pPr>
        <w:spacing w:after="60" w:before="0"/>
        <w:jc w:val="both"/>
      </w:pPr>
      <w:r>
        <w:rPr>
          <w:b w:val="0"/>
          <w:i w:val="0"/>
        </w:rPr>
        <w:t>2. extras de plan cadastral actualizat;</w:t>
      </w:r>
    </w:p>
    <w:p>
      <w:pPr>
        <w:spacing w:after="60" w:before="0"/>
        <w:jc w:val="both"/>
      </w:pPr>
      <w:r>
        <w:rPr>
          <w:b w:val="0"/>
          <w:i w:val="0"/>
        </w:rPr>
        <w:t>3. plan de situație / schiță cu amplasarea lucrării propuse;</w:t>
      </w:r>
    </w:p>
    <w:p>
      <w:pPr>
        <w:spacing w:after="60" w:before="0"/>
        <w:jc w:val="both"/>
      </w:pPr>
      <w:r>
        <w:rPr>
          <w:b w:val="0"/>
          <w:i w:val="0"/>
        </w:rPr>
        <w:t>4. dovada plății taxei de certificat de urbanism (art. 474 din Codul fiscal; în mediul rural, 50 % din taxa urbană).</w:t>
      </w:r>
    </w:p>
    <w:p>
      <w:pPr>
        <w:spacing w:after="100" w:before="80"/>
        <w:jc w:val="both"/>
      </w:pPr>
      <w:r>
        <w:rPr>
          <w:b w:val="0"/>
          <w:i w:val="0"/>
        </w:rPr>
        <w:t>Vă reamintesc că certificatul de urbanism pentru construire/desființare se eliberează în cel mult 15 zile lucrătoare de la înregistrarea cererii (art. 257 alin. (4)), cel pentru informare în cel mult 10 zile lucrătoare (art. 254 alin. (7)), că lista avizelor și acordurilor cerute prin certificat trebuie să aibă temei tehnic și legal (art. 357 alin. (1) lit. m)) și că neemiterea sau emiterea cu depășirea termenului legal constituie contravenție (art. 357 alin. (1) lit. l)). Solicit comunicarea certificatului ☐ la sediu ☐ pe e-mail.</w:t>
      </w:r>
    </w:p>
    <w:p>
      <w:pPr>
        <w:spacing w:after="100" w:before="240"/>
        <w:jc w:val="left"/>
      </w:pPr>
      <w:r>
        <w:rPr>
          <w:b w:val="0"/>
          <w:i w:val="0"/>
        </w:rPr>
        <w:t>Data: ______________</w:t>
      </w:r>
    </w:p>
    <w:p>
      <w:pPr>
        <w:spacing w:after="100" w:before="0"/>
        <w:jc w:val="left"/>
      </w:pPr>
      <w:r>
        <w:rPr>
          <w:b/>
          <w:i w:val="0"/>
        </w:rPr>
        <w:t>Nume și prenume: ______________________________   ____________________ (semnătura)</w:t>
      </w:r>
    </w:p>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2000-01-01T00:00:00Z</dcterms:created>
  <dcterms:modified xsi:type="dcterms:W3CDTF">2000-01-01T00:00:00Z</dcterms:modified>
  <cp:category/>
  <cp:contentStatus/>
  <dc:identifier/>
  <dc:language/>
  <cp:version/>
  <cp:lastPrinted>2000-01-01T00:00:00Z</cp:lastPrinted>
</cp:coreProperties>
</file>