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right"/>
      </w:pPr>
      <w:r>
        <w:rPr>
          <w:b w:val="0"/>
          <w:i w:val="0"/>
          <w:sz w:val="19"/>
        </w:rPr>
        <w:t>Înregistrat la I.S.C. sub nr. ________ / ______________</w:t>
      </w:r>
    </w:p>
    <w:p>
      <w:pPr>
        <w:spacing w:after="40" w:before="0"/>
        <w:jc w:val="left"/>
      </w:pPr>
      <w:r>
        <w:rPr>
          <w:b/>
          <w:i w:val="0"/>
          <w:sz w:val="20"/>
        </w:rPr>
        <w:t>Către: INSPECTORATUL DE STAT ÎN CONSTRUCȚII — INSPECTORATUL JUDEȚEAN ÎN CONSTRUCȚII ______________</w:t>
      </w:r>
    </w:p>
    <w:p>
      <w:pPr>
        <w:spacing w:after="40" w:before="0"/>
        <w:jc w:val="left"/>
      </w:pPr>
      <w:r>
        <w:rPr>
          <w:b w:val="0"/>
          <w:i w:val="0"/>
          <w:sz w:val="20"/>
        </w:rPr>
        <w:t>În atenția: Inspectorului-șef</w:t>
      </w:r>
    </w:p>
    <w:p>
      <w:pPr>
        <w:spacing w:after="40" w:before="200"/>
        <w:jc w:val="center"/>
      </w:pPr>
      <w:r>
        <w:rPr>
          <w:b/>
          <w:i w:val="0"/>
          <w:sz w:val="26"/>
        </w:rPr>
        <w:t>SESIZARE</w:t>
      </w:r>
    </w:p>
    <w:p>
      <w:pPr>
        <w:spacing w:after="160" w:before="0"/>
        <w:jc w:val="center"/>
      </w:pPr>
      <w:r>
        <w:rPr>
          <w:b w:val="0"/>
          <w:i/>
          <w:sz w:val="19"/>
        </w:rPr>
        <w:t>neemiterea în termen a certificatului de urbanism / autorizației de construire / autorizației de regularizare de către Primăria ______________ — art. 357 alin. (1) lit. l) și alin. (9) lit. a) din Legea nr. 169/2026</w:t>
      </w:r>
    </w:p>
    <w:p>
      <w:pPr>
        <w:spacing w:after="100" w:before="0"/>
        <w:jc w:val="both"/>
      </w:pPr>
      <w:r>
        <w:rPr>
          <w:b w:val="0"/>
          <w:i w:val="0"/>
        </w:rPr>
        <w:t>Subsemnatul/Subsemnata ______________________________, domiciliat(ă) în ______________________________, e-mail ______________________, telefon ______________, vă sesizez următoarele:</w:t>
      </w:r>
    </w:p>
    <w:p>
      <w:pPr>
        <w:spacing w:after="100" w:before="0"/>
        <w:jc w:val="both"/>
      </w:pPr>
      <w:r>
        <w:rPr>
          <w:b w:val="0"/>
          <w:i w:val="0"/>
        </w:rPr>
        <w:t>La data de ______________ am depus la Primăria ______________________, sub nr. de înregistrare ______________, cererea de ☐ certificat de urbanism ☐ autorizație de construire ☐ autorizație de regularizare ☐ notificare, pentru imobilul situat în ______________________________, număr cadastral ______________.</w:t>
      </w:r>
    </w:p>
    <w:p>
      <w:pPr>
        <w:spacing w:after="100" w:before="0"/>
        <w:jc w:val="both"/>
      </w:pPr>
      <w:r>
        <w:rPr>
          <w:b w:val="0"/>
          <w:i w:val="0"/>
        </w:rPr>
        <w:t>Termenul legal de soluționare, de ☐ 15 zile lucrătoare (art. 257 alin. (4)) ☐ 30 de zile calendaristice de la documentația completă (art. 273 alin. (1)) ☐ 15 zile lucrătoare (art. 296 alin. (1)), s-a împlinit la data de ______________. Până la data prezentei nu am primit nici actul solicitat, nici o notificare de completare a documentației (art. 271 alin. (1)), nici un act de respingere motivat (art. 275 alin. (2)).</w:t>
      </w:r>
    </w:p>
    <w:p>
      <w:pPr>
        <w:spacing w:after="100" w:before="0"/>
        <w:jc w:val="both"/>
      </w:pPr>
      <w:r>
        <w:rPr>
          <w:b w:val="0"/>
          <w:i w:val="0"/>
        </w:rPr>
        <w:t>Alte precizări (cereri de avize fără temei, restituirea documentației fără temei, răspunsuri verbale): ______________________________________________________________________________.</w:t>
      </w:r>
    </w:p>
    <w:p>
      <w:pPr>
        <w:spacing w:after="60" w:before="0"/>
        <w:jc w:val="both"/>
      </w:pPr>
      <w:r>
        <w:rPr>
          <w:b/>
          <w:i w:val="0"/>
        </w:rPr>
        <w:t>Vă solicit:</w:t>
      </w:r>
    </w:p>
    <w:p>
      <w:pPr>
        <w:spacing w:after="60" w:before="0"/>
        <w:jc w:val="both"/>
      </w:pPr>
      <w:r>
        <w:rPr>
          <w:b w:val="0"/>
          <w:i w:val="0"/>
        </w:rPr>
        <w:t>1. constatarea contravenției prevăzute de art. 357 alin. (1) lit. l) din Legea nr. 169/2026 și aplicarea sancțiunii, potrivit competenței prevăzute de alin. (9) lit. a);</w:t>
      </w:r>
    </w:p>
    <w:p>
      <w:pPr>
        <w:spacing w:after="60" w:before="0"/>
        <w:jc w:val="both"/>
      </w:pPr>
      <w:r>
        <w:rPr>
          <w:b w:val="0"/>
          <w:i w:val="0"/>
        </w:rPr>
        <w:t>2. dispunerea măsurilor pentru emiterea actului solicitat;</w:t>
      </w:r>
    </w:p>
    <w:p>
      <w:pPr>
        <w:spacing w:after="60" w:before="0"/>
        <w:jc w:val="both"/>
      </w:pPr>
      <w:r>
        <w:rPr>
          <w:b w:val="0"/>
          <w:i w:val="0"/>
        </w:rPr>
        <w:t>3. comunicarea în scris a rezultatului verificării, în condițiile O.G. nr. 27/2002.</w:t>
      </w:r>
    </w:p>
    <w:p>
      <w:pPr>
        <w:spacing w:after="100" w:before="80"/>
        <w:jc w:val="both"/>
      </w:pPr>
      <w:r>
        <w:rPr>
          <w:b w:val="0"/>
          <w:i w:val="0"/>
        </w:rPr>
        <w:t>Anexez copia cererii înregistrate la primărie și, după caz, corespondența purtată. Solicit comunicarea răspunsului la adresa de e-mail de mai sus.</w:t>
      </w:r>
    </w:p>
    <w:p>
      <w:pPr>
        <w:spacing w:after="100" w:before="240"/>
        <w:jc w:val="left"/>
      </w:pPr>
      <w:r>
        <w:rPr>
          <w:b w:val="0"/>
          <w:i w:val="0"/>
        </w:rPr>
        <w:t>Data: ______________</w:t>
      </w:r>
    </w:p>
    <w:p>
      <w:pPr>
        <w:spacing w:after="100" w:before="0"/>
        <w:jc w:val="left"/>
      </w:pPr>
      <w:r>
        <w:rPr>
          <w:b/>
          <w:i w:val="0"/>
        </w:rPr>
        <w:t>Nume și prenume: ______________________________   ____________________ (semnătura)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cp:contentStatus/>
  <dc:identifier/>
  <dc:language/>
  <cp:version/>
  <cp:lastPrinted>2000-01-01T00:00:00Z</cp:lastPrinted>
</cp:coreProperties>
</file>